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04A4D7" w14:textId="779D2D99" w:rsidR="005C5A2B" w:rsidRPr="007C00CB" w:rsidRDefault="007C00CB">
      <w:pPr>
        <w:pStyle w:val="Titolo1"/>
        <w:jc w:val="center"/>
        <w:rPr>
          <w:lang w:val="it-IT"/>
        </w:rPr>
      </w:pPr>
      <w:r w:rsidRPr="007C00CB">
        <w:rPr>
          <w:lang w:val="it-IT"/>
        </w:rPr>
        <w:t xml:space="preserve">Progetto </w:t>
      </w:r>
      <w:proofErr w:type="spellStart"/>
      <w:r w:rsidRPr="007C00CB">
        <w:rPr>
          <w:lang w:val="it-IT"/>
        </w:rPr>
        <w:t>NewSeason</w:t>
      </w:r>
      <w:proofErr w:type="spellEnd"/>
      <w:r w:rsidRPr="007C00CB">
        <w:rPr>
          <w:lang w:val="it-IT"/>
        </w:rPr>
        <w:t xml:space="preserve"> - Modulo di Candidatura</w:t>
      </w:r>
      <w:r>
        <w:rPr>
          <w:lang w:val="it-IT"/>
        </w:rPr>
        <w:t xml:space="preserve"> – All2</w:t>
      </w:r>
    </w:p>
    <w:p w14:paraId="1534BA7A" w14:textId="77777777" w:rsidR="005C5A2B" w:rsidRPr="007C00CB" w:rsidRDefault="007C00CB">
      <w:pPr>
        <w:pStyle w:val="Titolo2"/>
        <w:rPr>
          <w:lang w:val="it-IT"/>
        </w:rPr>
      </w:pPr>
      <w:r w:rsidRPr="007C00CB">
        <w:rPr>
          <w:lang w:val="it-IT"/>
        </w:rPr>
        <w:t>Informazioni Personali</w:t>
      </w:r>
    </w:p>
    <w:p w14:paraId="22E2A327" w14:textId="77777777" w:rsidR="005C5A2B" w:rsidRPr="007C00CB" w:rsidRDefault="007C00CB">
      <w:pPr>
        <w:rPr>
          <w:lang w:val="it-IT"/>
        </w:rPr>
      </w:pPr>
      <w:r w:rsidRPr="007C00CB">
        <w:rPr>
          <w:lang w:val="it-IT"/>
        </w:rPr>
        <w:t>Nome: ______________________________</w:t>
      </w:r>
    </w:p>
    <w:p w14:paraId="6B99D7EC" w14:textId="77777777" w:rsidR="005C5A2B" w:rsidRPr="007C00CB" w:rsidRDefault="007C00CB">
      <w:pPr>
        <w:rPr>
          <w:lang w:val="it-IT"/>
        </w:rPr>
      </w:pPr>
      <w:r w:rsidRPr="007C00CB">
        <w:rPr>
          <w:lang w:val="it-IT"/>
        </w:rPr>
        <w:t>Cognome: ____________________________</w:t>
      </w:r>
    </w:p>
    <w:p w14:paraId="07FD60E3" w14:textId="77777777" w:rsidR="005C5A2B" w:rsidRPr="007C00CB" w:rsidRDefault="007C00CB">
      <w:pPr>
        <w:rPr>
          <w:lang w:val="it-IT"/>
        </w:rPr>
      </w:pPr>
      <w:proofErr w:type="gramStart"/>
      <w:r w:rsidRPr="007C00CB">
        <w:rPr>
          <w:lang w:val="it-IT"/>
        </w:rPr>
        <w:t>Email</w:t>
      </w:r>
      <w:proofErr w:type="gramEnd"/>
      <w:r w:rsidRPr="007C00CB">
        <w:rPr>
          <w:lang w:val="it-IT"/>
        </w:rPr>
        <w:t>: ______________________________</w:t>
      </w:r>
    </w:p>
    <w:p w14:paraId="1E7AAA86" w14:textId="77777777" w:rsidR="005C5A2B" w:rsidRDefault="007C00CB">
      <w:pPr>
        <w:rPr>
          <w:lang w:val="it-IT"/>
        </w:rPr>
      </w:pPr>
      <w:r w:rsidRPr="007C00CB">
        <w:rPr>
          <w:lang w:val="it-IT"/>
        </w:rPr>
        <w:t>Telefono: ___________________________</w:t>
      </w:r>
    </w:p>
    <w:p w14:paraId="5507332E" w14:textId="48A4908C" w:rsidR="007C00CB" w:rsidRDefault="007C00CB">
      <w:pPr>
        <w:rPr>
          <w:lang w:val="it-IT"/>
        </w:rPr>
      </w:pPr>
      <w:r>
        <w:rPr>
          <w:lang w:val="it-IT"/>
        </w:rPr>
        <w:t xml:space="preserve">Matricola: </w:t>
      </w:r>
      <w:r w:rsidRPr="007C00CB">
        <w:rPr>
          <w:lang w:val="it-IT"/>
        </w:rPr>
        <w:t>___________________________</w:t>
      </w:r>
    </w:p>
    <w:p w14:paraId="20F4749F" w14:textId="282C8406" w:rsidR="007C00CB" w:rsidRPr="007C00CB" w:rsidRDefault="007C00CB">
      <w:pPr>
        <w:rPr>
          <w:lang w:val="it-IT"/>
        </w:rPr>
      </w:pPr>
      <w:r>
        <w:rPr>
          <w:lang w:val="it-IT"/>
        </w:rPr>
        <w:t xml:space="preserve">Dottorato a cui si è iscritti: </w:t>
      </w:r>
      <w:r w:rsidRPr="007C00CB">
        <w:rPr>
          <w:lang w:val="it-IT"/>
        </w:rPr>
        <w:t>___________________________</w:t>
      </w:r>
    </w:p>
    <w:p w14:paraId="20CD07B4" w14:textId="6D624E3B" w:rsidR="007C00CB" w:rsidRDefault="007C00CB" w:rsidP="007C00CB">
      <w:pPr>
        <w:pStyle w:val="Titolo2"/>
        <w:rPr>
          <w:lang w:val="it-IT"/>
        </w:rPr>
      </w:pPr>
      <w:r>
        <w:rPr>
          <w:lang w:val="it-IT"/>
        </w:rPr>
        <w:t>Sede per cui si presenta la candidatura</w:t>
      </w:r>
    </w:p>
    <w:p w14:paraId="54E0D946" w14:textId="019A957A" w:rsidR="007C00CB" w:rsidRPr="007C00CB" w:rsidRDefault="007C00CB" w:rsidP="007C00CB">
      <w:pPr>
        <w:rPr>
          <w:lang w:val="it-IT"/>
        </w:rPr>
      </w:pPr>
      <w:r>
        <w:rPr>
          <w:lang w:val="it-IT"/>
        </w:rPr>
        <w:t>__________________</w:t>
      </w:r>
    </w:p>
    <w:p w14:paraId="4FFCF4F6" w14:textId="6160028B" w:rsidR="005C5A2B" w:rsidRPr="007C00CB" w:rsidRDefault="007C00CB">
      <w:pPr>
        <w:pStyle w:val="Titolo2"/>
        <w:rPr>
          <w:lang w:val="it-IT"/>
        </w:rPr>
      </w:pPr>
      <w:r>
        <w:rPr>
          <w:lang w:val="it-IT"/>
        </w:rPr>
        <w:t>Progetto di ricerca</w:t>
      </w:r>
    </w:p>
    <w:p w14:paraId="66FF7D66" w14:textId="77777777" w:rsidR="007C00CB" w:rsidRDefault="007C00CB">
      <w:r>
        <w:rPr>
          <w:lang w:val="it-IT"/>
        </w:rPr>
        <w:t>_____</w:t>
      </w:r>
    </w:p>
    <w:p w14:paraId="0F708108" w14:textId="77777777" w:rsidR="007C00CB" w:rsidRDefault="007C00CB">
      <w:pPr>
        <w:rPr>
          <w:lang w:val="it-IT"/>
        </w:rPr>
      </w:pPr>
      <w:r>
        <w:rPr>
          <w:lang w:val="it-IT"/>
        </w:rPr>
        <w:t>_____</w:t>
      </w:r>
    </w:p>
    <w:p w14:paraId="6B2CB137" w14:textId="77777777" w:rsidR="007C00CB" w:rsidRDefault="007C00CB">
      <w:pPr>
        <w:rPr>
          <w:lang w:val="it-IT"/>
        </w:rPr>
      </w:pPr>
      <w:r>
        <w:rPr>
          <w:lang w:val="it-IT"/>
        </w:rPr>
        <w:t>____</w:t>
      </w:r>
    </w:p>
    <w:p w14:paraId="7991B4F4" w14:textId="373C83A3" w:rsidR="005C5A2B" w:rsidRPr="007C00CB" w:rsidRDefault="007C00CB">
      <w:pPr>
        <w:rPr>
          <w:lang w:val="it-IT"/>
        </w:rPr>
      </w:pPr>
      <w:r>
        <w:rPr>
          <w:lang w:val="it-IT"/>
        </w:rPr>
        <w:t>____</w:t>
      </w:r>
      <w:r w:rsidRPr="007C00CB">
        <w:rPr>
          <w:lang w:val="it-IT"/>
        </w:rPr>
        <w:br/>
      </w:r>
      <w:r w:rsidRPr="007C00CB">
        <w:rPr>
          <w:lang w:val="it-IT"/>
        </w:rPr>
        <w:br/>
      </w:r>
      <w:r w:rsidRPr="007C00CB">
        <w:rPr>
          <w:lang w:val="it-IT"/>
        </w:rPr>
        <w:br/>
      </w:r>
    </w:p>
    <w:p w14:paraId="69A84601" w14:textId="77777777" w:rsidR="005C5A2B" w:rsidRPr="007C00CB" w:rsidRDefault="007C00CB">
      <w:pPr>
        <w:pStyle w:val="Titolo2"/>
        <w:rPr>
          <w:lang w:val="it-IT"/>
        </w:rPr>
      </w:pPr>
      <w:r w:rsidRPr="007C00CB">
        <w:rPr>
          <w:lang w:val="it-IT"/>
        </w:rPr>
        <w:t>Firma</w:t>
      </w:r>
    </w:p>
    <w:p w14:paraId="77927338" w14:textId="77777777" w:rsidR="005C5A2B" w:rsidRPr="007C00CB" w:rsidRDefault="007C00CB">
      <w:pPr>
        <w:rPr>
          <w:lang w:val="it-IT"/>
        </w:rPr>
      </w:pPr>
      <w:r w:rsidRPr="007C00CB">
        <w:rPr>
          <w:lang w:val="it-IT"/>
        </w:rPr>
        <w:t>Firma: ____________________________</w:t>
      </w:r>
    </w:p>
    <w:p w14:paraId="485B29E6" w14:textId="77777777" w:rsidR="005C5A2B" w:rsidRPr="007C00CB" w:rsidRDefault="007C00CB">
      <w:pPr>
        <w:rPr>
          <w:lang w:val="it-IT"/>
        </w:rPr>
      </w:pPr>
      <w:r w:rsidRPr="007C00CB">
        <w:rPr>
          <w:lang w:val="it-IT"/>
        </w:rPr>
        <w:t>Data: _____________________________</w:t>
      </w:r>
    </w:p>
    <w:sectPr w:rsidR="005C5A2B" w:rsidRPr="007C00CB" w:rsidSect="007C00CB">
      <w:headerReference w:type="default" r:id="rId8"/>
      <w:pgSz w:w="12240" w:h="15840"/>
      <w:pgMar w:top="2268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5C77E0" w14:textId="77777777" w:rsidR="007C00CB" w:rsidRDefault="007C00CB" w:rsidP="007C00CB">
      <w:pPr>
        <w:spacing w:after="0" w:line="240" w:lineRule="auto"/>
      </w:pPr>
      <w:r>
        <w:separator/>
      </w:r>
    </w:p>
  </w:endnote>
  <w:endnote w:type="continuationSeparator" w:id="0">
    <w:p w14:paraId="3CB3F1CF" w14:textId="77777777" w:rsidR="007C00CB" w:rsidRDefault="007C00CB" w:rsidP="007C0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-Bold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F38954" w14:textId="77777777" w:rsidR="007C00CB" w:rsidRDefault="007C00CB" w:rsidP="007C00CB">
      <w:pPr>
        <w:spacing w:after="0" w:line="240" w:lineRule="auto"/>
      </w:pPr>
      <w:r>
        <w:separator/>
      </w:r>
    </w:p>
  </w:footnote>
  <w:footnote w:type="continuationSeparator" w:id="0">
    <w:p w14:paraId="4913A0D9" w14:textId="77777777" w:rsidR="007C00CB" w:rsidRDefault="007C00CB" w:rsidP="007C00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09F4C9" w14:textId="48593B6E" w:rsidR="007C00CB" w:rsidRDefault="007C00CB" w:rsidP="007C00CB">
    <w:pPr>
      <w:autoSpaceDE w:val="0"/>
      <w:autoSpaceDN w:val="0"/>
      <w:adjustRightInd w:val="0"/>
      <w:jc w:val="center"/>
      <w:rPr>
        <w:rFonts w:ascii="Garamond" w:eastAsia="Calibri" w:hAnsi="Garamond" w:cs="Arial-BoldItalicMT"/>
        <w:b/>
        <w:bCs/>
        <w:iCs/>
        <w:color w:val="365F91"/>
        <w:sz w:val="32"/>
        <w:szCs w:val="32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35F3B458" wp14:editId="66147A39">
          <wp:simplePos x="0" y="0"/>
          <wp:positionH relativeFrom="margin">
            <wp:posOffset>-1114425</wp:posOffset>
          </wp:positionH>
          <wp:positionV relativeFrom="paragraph">
            <wp:posOffset>-764438</wp:posOffset>
          </wp:positionV>
          <wp:extent cx="7743919" cy="768096"/>
          <wp:effectExtent l="0" t="0" r="0" b="0"/>
          <wp:wrapThrough wrapText="bothSides">
            <wp:wrapPolygon edited="0">
              <wp:start x="0" y="0"/>
              <wp:lineTo x="0" y="20903"/>
              <wp:lineTo x="21520" y="20903"/>
              <wp:lineTo x="21520" y="0"/>
              <wp:lineTo x="0" y="0"/>
            </wp:wrapPolygon>
          </wp:wrapThrough>
          <wp:docPr id="1385112026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919" cy="76809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Garamond" w:eastAsia="Calibri" w:hAnsi="Garamond" w:cs="Arial-BoldItalicMT"/>
        <w:b/>
        <w:bCs/>
        <w:iCs/>
        <w:noProof/>
        <w:color w:val="365F91"/>
        <w:sz w:val="32"/>
        <w:szCs w:val="32"/>
      </w:rPr>
      <w:drawing>
        <wp:anchor distT="0" distB="0" distL="114300" distR="114300" simplePos="0" relativeHeight="251660288" behindDoc="1" locked="0" layoutInCell="1" allowOverlap="1" wp14:anchorId="7900B821" wp14:editId="36F792E1">
          <wp:simplePos x="0" y="0"/>
          <wp:positionH relativeFrom="column">
            <wp:posOffset>3347161</wp:posOffset>
          </wp:positionH>
          <wp:positionV relativeFrom="paragraph">
            <wp:posOffset>201473</wp:posOffset>
          </wp:positionV>
          <wp:extent cx="1294790" cy="1294790"/>
          <wp:effectExtent l="0" t="0" r="635" b="635"/>
          <wp:wrapNone/>
          <wp:docPr id="1895543748" name="Immagine 4" descr="Immagine che contiene testo, Carattere, bianco, design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5438145" name="Immagine 4" descr="Immagine che contiene testo, Carattere, bianco, design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647" cy="129564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C1B87">
      <w:rPr>
        <w:rFonts w:ascii="Arial-BoldItalicMT" w:eastAsia="Calibri" w:hAnsi="Arial-BoldItalicMT" w:cs="Arial-BoldItalicMT"/>
        <w:b/>
        <w:i/>
        <w:noProof/>
        <w:sz w:val="20"/>
        <w:szCs w:val="20"/>
      </w:rPr>
      <w:drawing>
        <wp:anchor distT="0" distB="0" distL="114300" distR="114300" simplePos="0" relativeHeight="251654144" behindDoc="0" locked="0" layoutInCell="1" allowOverlap="1" wp14:anchorId="6B60B1F5" wp14:editId="52CA876C">
          <wp:simplePos x="0" y="0"/>
          <wp:positionH relativeFrom="column">
            <wp:posOffset>2710815</wp:posOffset>
          </wp:positionH>
          <wp:positionV relativeFrom="paragraph">
            <wp:posOffset>445135</wp:posOffset>
          </wp:positionV>
          <wp:extent cx="635000" cy="698500"/>
          <wp:effectExtent l="0" t="0" r="0" b="6350"/>
          <wp:wrapNone/>
          <wp:docPr id="812175035" name="Immagine 812175035" descr="Immagine che contiene testo, Carattere, logo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6677462" name="Immagine 1656677462" descr="Immagine che contiene testo, Carattere, logo, Elementi grafici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000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-BoldItalicMT" w:eastAsia="Calibri" w:hAnsi="Arial-BoldItalicMT" w:cs="Arial-BoldItalicMT"/>
        <w:b/>
        <w:i/>
        <w:noProof/>
        <w:sz w:val="20"/>
        <w:szCs w:val="20"/>
      </w:rPr>
      <w:drawing>
        <wp:anchor distT="0" distB="0" distL="114300" distR="114300" simplePos="0" relativeHeight="251663360" behindDoc="1" locked="0" layoutInCell="1" allowOverlap="1" wp14:anchorId="1BAFF08E" wp14:editId="03EFEE9D">
          <wp:simplePos x="0" y="0"/>
          <wp:positionH relativeFrom="column">
            <wp:posOffset>1502639</wp:posOffset>
          </wp:positionH>
          <wp:positionV relativeFrom="paragraph">
            <wp:posOffset>445973</wp:posOffset>
          </wp:positionV>
          <wp:extent cx="1082650" cy="721355"/>
          <wp:effectExtent l="0" t="0" r="3810" b="3175"/>
          <wp:wrapNone/>
          <wp:docPr id="1981821258" name="Immagine 3" descr="Immagine che contiene testo, logo, Carattere, design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465029" name="Immagine 3" descr="Immagine che contiene testo, logo, Carattere, design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2650" cy="721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C1B87">
      <w:rPr>
        <w:rFonts w:ascii="Calibri" w:eastAsia="Calibri" w:hAnsi="Calibri"/>
        <w:color w:val="336699"/>
      </w:rPr>
      <w:br/>
    </w:r>
  </w:p>
  <w:p w14:paraId="6A21FE73" w14:textId="77777777" w:rsidR="007C00CB" w:rsidRDefault="007C00C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06630669">
    <w:abstractNumId w:val="8"/>
  </w:num>
  <w:num w:numId="2" w16cid:durableId="2099784849">
    <w:abstractNumId w:val="6"/>
  </w:num>
  <w:num w:numId="3" w16cid:durableId="1098059829">
    <w:abstractNumId w:val="5"/>
  </w:num>
  <w:num w:numId="4" w16cid:durableId="1860125404">
    <w:abstractNumId w:val="4"/>
  </w:num>
  <w:num w:numId="5" w16cid:durableId="1031764948">
    <w:abstractNumId w:val="7"/>
  </w:num>
  <w:num w:numId="6" w16cid:durableId="1002009705">
    <w:abstractNumId w:val="3"/>
  </w:num>
  <w:num w:numId="7" w16cid:durableId="80687894">
    <w:abstractNumId w:val="2"/>
  </w:num>
  <w:num w:numId="8" w16cid:durableId="2058308466">
    <w:abstractNumId w:val="1"/>
  </w:num>
  <w:num w:numId="9" w16cid:durableId="3088293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5C5A2B"/>
    <w:rsid w:val="007C00CB"/>
    <w:rsid w:val="008B7B4A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A41FE15"/>
  <w14:defaultImageDpi w14:val="300"/>
  <w15:docId w15:val="{55EDA427-F8EB-4257-8406-8FEF1CF85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C693F"/>
  </w:style>
  <w:style w:type="paragraph" w:styleId="Titolo1">
    <w:name w:val="heading 1"/>
    <w:basedOn w:val="Normale"/>
    <w:next w:val="Normale"/>
    <w:link w:val="Titolo1Carattere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18BF"/>
  </w:style>
  <w:style w:type="paragraph" w:styleId="Pidipagina">
    <w:name w:val="footer"/>
    <w:basedOn w:val="Normale"/>
    <w:link w:val="Pidipagina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18BF"/>
  </w:style>
  <w:style w:type="paragraph" w:styleId="Nessunaspaziatura">
    <w:name w:val="No Spacing"/>
    <w:uiPriority w:val="1"/>
    <w:qFormat/>
    <w:rsid w:val="00FC693F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">
    <w:name w:val="Title"/>
    <w:basedOn w:val="Normale"/>
    <w:next w:val="Normale"/>
    <w:link w:val="TitoloCarattere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C693F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unhideWhenUsed/>
    <w:rsid w:val="00AA1D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AA1D8D"/>
  </w:style>
  <w:style w:type="paragraph" w:styleId="Corpodeltesto2">
    <w:name w:val="Body Text 2"/>
    <w:basedOn w:val="Normale"/>
    <w:link w:val="Corpodeltesto2Carattere"/>
    <w:uiPriority w:val="99"/>
    <w:unhideWhenUsed/>
    <w:rsid w:val="00AA1D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AA1D8D"/>
  </w:style>
  <w:style w:type="paragraph" w:styleId="Corpodeltesto3">
    <w:name w:val="Body Text 3"/>
    <w:basedOn w:val="Normale"/>
    <w:link w:val="Corpodeltesto3Carattere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AA1D8D"/>
    <w:rPr>
      <w:sz w:val="16"/>
      <w:szCs w:val="16"/>
    </w:rPr>
  </w:style>
  <w:style w:type="paragraph" w:styleId="Elenco">
    <w:name w:val="List"/>
    <w:basedOn w:val="Normale"/>
    <w:uiPriority w:val="99"/>
    <w:unhideWhenUsed/>
    <w:rsid w:val="00AA1D8D"/>
    <w:pPr>
      <w:ind w:left="360" w:hanging="360"/>
      <w:contextualSpacing/>
    </w:pPr>
  </w:style>
  <w:style w:type="paragraph" w:styleId="Elenco2">
    <w:name w:val="List 2"/>
    <w:basedOn w:val="Normale"/>
    <w:uiPriority w:val="99"/>
    <w:unhideWhenUsed/>
    <w:rsid w:val="00326F90"/>
    <w:pPr>
      <w:ind w:left="720" w:hanging="360"/>
      <w:contextualSpacing/>
    </w:pPr>
  </w:style>
  <w:style w:type="paragraph" w:styleId="Elenco3">
    <w:name w:val="List 3"/>
    <w:basedOn w:val="Normale"/>
    <w:uiPriority w:val="99"/>
    <w:unhideWhenUsed/>
    <w:rsid w:val="00326F90"/>
    <w:pPr>
      <w:ind w:left="1080" w:hanging="360"/>
      <w:contextualSpacing/>
    </w:pPr>
  </w:style>
  <w:style w:type="paragraph" w:styleId="Puntoelenco">
    <w:name w:val="List Bullet"/>
    <w:basedOn w:val="Normale"/>
    <w:uiPriority w:val="99"/>
    <w:unhideWhenUsed/>
    <w:rsid w:val="00326F90"/>
    <w:pPr>
      <w:numPr>
        <w:numId w:val="1"/>
      </w:numPr>
      <w:contextualSpacing/>
    </w:pPr>
  </w:style>
  <w:style w:type="paragraph" w:styleId="Puntoelenco2">
    <w:name w:val="List Bullet 2"/>
    <w:basedOn w:val="Normale"/>
    <w:uiPriority w:val="99"/>
    <w:unhideWhenUsed/>
    <w:rsid w:val="00326F90"/>
    <w:pPr>
      <w:numPr>
        <w:numId w:val="2"/>
      </w:numPr>
      <w:contextualSpacing/>
    </w:pPr>
  </w:style>
  <w:style w:type="paragraph" w:styleId="Puntoelenco3">
    <w:name w:val="List Bullet 3"/>
    <w:basedOn w:val="Normale"/>
    <w:uiPriority w:val="99"/>
    <w:unhideWhenUsed/>
    <w:rsid w:val="00326F90"/>
    <w:pPr>
      <w:numPr>
        <w:numId w:val="3"/>
      </w:numPr>
      <w:contextualSpacing/>
    </w:pPr>
  </w:style>
  <w:style w:type="paragraph" w:styleId="Numeroelenco">
    <w:name w:val="List Number"/>
    <w:basedOn w:val="Normale"/>
    <w:uiPriority w:val="99"/>
    <w:unhideWhenUsed/>
    <w:rsid w:val="00326F90"/>
    <w:pPr>
      <w:numPr>
        <w:numId w:val="5"/>
      </w:numPr>
      <w:contextualSpacing/>
    </w:pPr>
  </w:style>
  <w:style w:type="paragraph" w:styleId="Numeroelenco2">
    <w:name w:val="List Number 2"/>
    <w:basedOn w:val="Normale"/>
    <w:uiPriority w:val="99"/>
    <w:unhideWhenUsed/>
    <w:rsid w:val="0029639D"/>
    <w:pPr>
      <w:numPr>
        <w:numId w:val="6"/>
      </w:numPr>
      <w:contextualSpacing/>
    </w:pPr>
  </w:style>
  <w:style w:type="paragraph" w:styleId="Numeroelenco3">
    <w:name w:val="List Number 3"/>
    <w:basedOn w:val="Normale"/>
    <w:uiPriority w:val="99"/>
    <w:unhideWhenUsed/>
    <w:rsid w:val="0029639D"/>
    <w:pPr>
      <w:numPr>
        <w:numId w:val="7"/>
      </w:numPr>
      <w:contextualSpacing/>
    </w:pPr>
  </w:style>
  <w:style w:type="paragraph" w:styleId="Elencocontinua">
    <w:name w:val="List Continue"/>
    <w:basedOn w:val="Normale"/>
    <w:uiPriority w:val="99"/>
    <w:unhideWhenUsed/>
    <w:rsid w:val="0029639D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unhideWhenUsed/>
    <w:rsid w:val="0029639D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unhideWhenUsed/>
    <w:rsid w:val="0029639D"/>
    <w:pPr>
      <w:spacing w:after="120"/>
      <w:ind w:left="1080"/>
      <w:contextualSpacing/>
    </w:pPr>
  </w:style>
  <w:style w:type="paragraph" w:styleId="Testomacro">
    <w:name w:val="macro"/>
    <w:link w:val="TestomacroCarattere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rsid w:val="0029639D"/>
    <w:rPr>
      <w:rFonts w:ascii="Courier" w:hAnsi="Courier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C693F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C693F"/>
    <w:rPr>
      <w:i/>
      <w:iCs/>
      <w:color w:val="000000" w:themeColor="tex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FC693F"/>
    <w:rPr>
      <w:b/>
      <w:bCs/>
    </w:rPr>
  </w:style>
  <w:style w:type="character" w:styleId="Enfasicorsivo">
    <w:name w:val="Emphasis"/>
    <w:basedOn w:val="Carpredefinitoparagrafo"/>
    <w:uiPriority w:val="20"/>
    <w:qFormat/>
    <w:rsid w:val="00FC693F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C693F"/>
    <w:rPr>
      <w:b/>
      <w:bCs/>
      <w:i/>
      <w:iCs/>
      <w:color w:val="4F81BD" w:themeColor="accent1"/>
    </w:rPr>
  </w:style>
  <w:style w:type="character" w:styleId="Enfasidelicata">
    <w:name w:val="Subtle Emphasis"/>
    <w:basedOn w:val="Carpredefinitoparagrafo"/>
    <w:uiPriority w:val="19"/>
    <w:qFormat/>
    <w:rsid w:val="00FC693F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FC693F"/>
    <w:rPr>
      <w:b/>
      <w:bCs/>
      <w:i/>
      <w:iCs/>
      <w:color w:val="4F81BD" w:themeColor="accent1"/>
    </w:rPr>
  </w:style>
  <w:style w:type="character" w:styleId="Riferimentodelicato">
    <w:name w:val="Subtle Reference"/>
    <w:basedOn w:val="Carpredefinitoparagrafo"/>
    <w:uiPriority w:val="31"/>
    <w:qFormat/>
    <w:rsid w:val="00FC693F"/>
    <w:rPr>
      <w:smallCaps/>
      <w:color w:val="C0504D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FC693F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FC693F"/>
    <w:pPr>
      <w:outlineLvl w:val="9"/>
    </w:pPr>
  </w:style>
  <w:style w:type="table" w:styleId="Grigliatabella">
    <w:name w:val="Table Grid"/>
    <w:basedOn w:val="Tabellanorma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fondochiaro">
    <w:name w:val="Light Shading"/>
    <w:basedOn w:val="Tabellanorma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fondochiaro-Colore2">
    <w:name w:val="Light Shading Accent 2"/>
    <w:basedOn w:val="Tabellanorma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fondochiaro-Colore3">
    <w:name w:val="Light Shading Accent 3"/>
    <w:basedOn w:val="Tabellanorma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fondochiaro-Colore4">
    <w:name w:val="Light Shading Accent 4"/>
    <w:basedOn w:val="Tabellanorma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fondochiaro-Colore5">
    <w:name w:val="Light Shading Accent 5"/>
    <w:basedOn w:val="Tabellanorma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fondochiaro-Colore6">
    <w:name w:val="Light Shading Accent 6"/>
    <w:basedOn w:val="Tabellanorma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Elencochiaro">
    <w:name w:val="Light List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Elencochiaro-Colore2">
    <w:name w:val="Light List Accent 2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Elencochiaro-Colore3">
    <w:name w:val="Light List Accent 3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Elencochiaro-Colore4">
    <w:name w:val="Light List Accent 4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Elencochiaro-Colore5">
    <w:name w:val="Light List Accent 5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Elencochiaro-Colore6">
    <w:name w:val="Light List Accent 6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gliachiara">
    <w:name w:val="Light Grid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fondomedio1">
    <w:name w:val="Medium Shading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Elencomedio1">
    <w:name w:val="Medium Lis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Elencomedio1-Colore2">
    <w:name w:val="Medium List 1 Accent 2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Elencomedio1-Colore3">
    <w:name w:val="Medium List 1 Accent 3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Elencomedio1-Colore4">
    <w:name w:val="Medium List 1 Accent 4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Elencomedio1-Colore5">
    <w:name w:val="Medium List 1 Accent 5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Elencomedio1-Colore6">
    <w:name w:val="Medium List 1 Accent 6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Elencomedio2">
    <w:name w:val="Medium Lis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gliamedia1">
    <w:name w:val="Medium Grid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gliamedia2">
    <w:name w:val="Medium Grid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Elencoscuro">
    <w:name w:val="Dark List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Elencoscuro-Colore2">
    <w:name w:val="Dark List Accent 2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Elencoscuro-Colore3">
    <w:name w:val="Dark List Accent 3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Elencoscuro-Colore4">
    <w:name w:val="Dark List Accent 4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Elencoscuro-Colore5">
    <w:name w:val="Dark List Accent 5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Elencoscuro-Colore6">
    <w:name w:val="Dark List Accent 6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fondoacolori">
    <w:name w:val="Colorful Shading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Elencoacolori">
    <w:name w:val="Colorful List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gliaacolori">
    <w:name w:val="Colorful Grid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503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Glauco  Conte</cp:lastModifiedBy>
  <cp:revision>2</cp:revision>
  <dcterms:created xsi:type="dcterms:W3CDTF">2025-10-27T17:35:00Z</dcterms:created>
  <dcterms:modified xsi:type="dcterms:W3CDTF">2025-10-27T17:35:00Z</dcterms:modified>
  <cp:category/>
</cp:coreProperties>
</file>